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E65900" w14:textId="4AEA87A4" w:rsidR="003E435E" w:rsidRPr="003E435E" w:rsidRDefault="00802421" w:rsidP="003E435E">
      <w:pPr>
        <w:jc w:val="center"/>
        <w:rPr>
          <w:rStyle w:val="Forte"/>
          <w:color w:val="365F91" w:themeColor="accent1" w:themeShade="BF"/>
          <w:sz w:val="32"/>
          <w:lang w:val="pt-BR"/>
        </w:rPr>
      </w:pPr>
      <w:bookmarkStart w:id="0" w:name="_Hlk215221308"/>
      <w:bookmarkStart w:id="1" w:name="_GoBack"/>
      <w:bookmarkEnd w:id="1"/>
      <w:r>
        <w:rPr>
          <w:rStyle w:val="Forte"/>
          <w:color w:val="365F91" w:themeColor="accent1" w:themeShade="BF"/>
          <w:sz w:val="32"/>
          <w:lang w:val="pt-BR"/>
        </w:rPr>
        <w:t xml:space="preserve">ANEXO 1 - </w:t>
      </w:r>
      <w:r w:rsidR="003E435E" w:rsidRPr="003E435E">
        <w:rPr>
          <w:rStyle w:val="Forte"/>
          <w:color w:val="365F91" w:themeColor="accent1" w:themeShade="BF"/>
          <w:sz w:val="32"/>
          <w:lang w:val="pt-BR"/>
        </w:rPr>
        <w:t>CARTA DE MANIFESTAÇÃO DE INTERESSE</w:t>
      </w:r>
    </w:p>
    <w:p w14:paraId="78C51579" w14:textId="77777777" w:rsidR="003E435E" w:rsidRPr="003E435E" w:rsidRDefault="003E435E" w:rsidP="003E435E">
      <w:pPr>
        <w:spacing w:before="240" w:after="240" w:line="240" w:lineRule="auto"/>
        <w:contextualSpacing/>
        <w:rPr>
          <w:b/>
          <w:bCs/>
          <w:lang w:val="pt-BR"/>
        </w:rPr>
      </w:pPr>
    </w:p>
    <w:p w14:paraId="2A7F88A8" w14:textId="4A5D4FA4" w:rsidR="00DA75CC" w:rsidRPr="003E435E" w:rsidRDefault="00DA75CC" w:rsidP="003E435E">
      <w:pPr>
        <w:spacing w:before="240" w:after="240" w:line="240" w:lineRule="auto"/>
        <w:jc w:val="right"/>
        <w:rPr>
          <w:rFonts w:asciiTheme="majorHAnsi" w:hAnsiTheme="majorHAnsi" w:cstheme="majorHAnsi"/>
          <w:lang w:val="pt-BR"/>
        </w:rPr>
      </w:pPr>
      <w:r w:rsidRPr="003E435E">
        <w:rPr>
          <w:rStyle w:val="Forte"/>
          <w:rFonts w:asciiTheme="majorHAnsi" w:hAnsiTheme="majorHAnsi" w:cstheme="majorHAnsi"/>
          <w:lang w:val="pt-BR"/>
        </w:rPr>
        <w:t>[Cidade], [dia] de [mês] de [ano]</w:t>
      </w:r>
    </w:p>
    <w:p w14:paraId="14369BDA" w14:textId="77777777" w:rsidR="003E435E" w:rsidRPr="003E435E" w:rsidRDefault="003E435E" w:rsidP="003E435E">
      <w:pPr>
        <w:spacing w:before="240" w:after="240" w:line="240" w:lineRule="auto"/>
        <w:contextualSpacing/>
        <w:rPr>
          <w:rFonts w:asciiTheme="majorHAnsi" w:hAnsiTheme="majorHAnsi" w:cstheme="majorHAnsi"/>
          <w:lang w:val="pt-BR"/>
        </w:rPr>
      </w:pPr>
    </w:p>
    <w:p w14:paraId="591163B9" w14:textId="77777777" w:rsidR="003E435E" w:rsidRPr="003E435E" w:rsidRDefault="00DA75CC" w:rsidP="003E435E">
      <w:pPr>
        <w:spacing w:before="240" w:after="240" w:line="240" w:lineRule="auto"/>
        <w:contextualSpacing/>
        <w:rPr>
          <w:rFonts w:asciiTheme="majorHAnsi" w:hAnsiTheme="majorHAnsi" w:cstheme="majorHAnsi"/>
          <w:lang w:val="pt-BR"/>
        </w:rPr>
      </w:pPr>
      <w:r w:rsidRPr="003E435E">
        <w:rPr>
          <w:rFonts w:asciiTheme="majorHAnsi" w:hAnsiTheme="majorHAnsi" w:cstheme="majorHAnsi"/>
          <w:lang w:val="pt-BR"/>
        </w:rPr>
        <w:t>À</w:t>
      </w:r>
    </w:p>
    <w:p w14:paraId="0A96613D" w14:textId="77777777" w:rsidR="003E435E" w:rsidRPr="003E435E" w:rsidRDefault="00DA75CC" w:rsidP="003E435E">
      <w:pPr>
        <w:spacing w:before="240" w:after="240" w:line="240" w:lineRule="auto"/>
        <w:contextualSpacing/>
        <w:rPr>
          <w:rFonts w:asciiTheme="majorHAnsi" w:hAnsiTheme="majorHAnsi" w:cstheme="majorHAnsi"/>
          <w:lang w:val="pt-BR"/>
        </w:rPr>
      </w:pPr>
      <w:r w:rsidRPr="003E435E">
        <w:rPr>
          <w:rStyle w:val="Forte"/>
          <w:rFonts w:asciiTheme="majorHAnsi" w:hAnsiTheme="majorHAnsi" w:cstheme="majorHAnsi"/>
          <w:lang w:val="pt-BR"/>
        </w:rPr>
        <w:t>Coordenação da Chamada Regional – Plataforma Inovação para a Indústria</w:t>
      </w:r>
    </w:p>
    <w:p w14:paraId="7962E37E" w14:textId="77777777" w:rsidR="003E435E" w:rsidRPr="003E435E" w:rsidRDefault="00DA75CC" w:rsidP="003E435E">
      <w:pPr>
        <w:spacing w:before="240" w:after="240" w:line="240" w:lineRule="auto"/>
        <w:contextualSpacing/>
        <w:rPr>
          <w:rFonts w:asciiTheme="majorHAnsi" w:hAnsiTheme="majorHAnsi" w:cstheme="majorHAnsi"/>
          <w:lang w:val="pt-BR"/>
        </w:rPr>
      </w:pPr>
      <w:r w:rsidRPr="003E435E">
        <w:rPr>
          <w:rFonts w:asciiTheme="majorHAnsi" w:hAnsiTheme="majorHAnsi" w:cstheme="majorHAnsi"/>
          <w:lang w:val="pt-BR"/>
        </w:rPr>
        <w:t>Instituto SENAI de Inovação em Energias Renováveis – ISI-ER</w:t>
      </w:r>
    </w:p>
    <w:p w14:paraId="79AA6593" w14:textId="24EF817B" w:rsidR="00DA75CC" w:rsidRPr="003E435E" w:rsidRDefault="00DA75CC" w:rsidP="003E435E">
      <w:pPr>
        <w:spacing w:before="240" w:after="240" w:line="240" w:lineRule="auto"/>
        <w:contextualSpacing/>
        <w:rPr>
          <w:rFonts w:asciiTheme="majorHAnsi" w:hAnsiTheme="majorHAnsi" w:cstheme="majorHAnsi"/>
          <w:lang w:val="pt-BR"/>
        </w:rPr>
      </w:pPr>
      <w:r w:rsidRPr="003E435E">
        <w:rPr>
          <w:rFonts w:asciiTheme="majorHAnsi" w:hAnsiTheme="majorHAnsi" w:cstheme="majorHAnsi"/>
          <w:lang w:val="pt-BR"/>
        </w:rPr>
        <w:t>Natal/RN</w:t>
      </w:r>
    </w:p>
    <w:p w14:paraId="134715F1" w14:textId="77777777" w:rsidR="003E435E" w:rsidRPr="003E435E" w:rsidRDefault="003E435E" w:rsidP="003E435E">
      <w:pPr>
        <w:spacing w:before="240" w:after="240" w:line="240" w:lineRule="auto"/>
        <w:contextualSpacing/>
        <w:rPr>
          <w:rFonts w:asciiTheme="majorHAnsi" w:hAnsiTheme="majorHAnsi" w:cstheme="majorHAnsi"/>
          <w:lang w:val="pt-BR"/>
        </w:rPr>
      </w:pPr>
    </w:p>
    <w:p w14:paraId="1907C2B9" w14:textId="2ABAB247" w:rsidR="00DA75CC" w:rsidRPr="003E435E" w:rsidRDefault="00DA75CC" w:rsidP="003E435E">
      <w:pPr>
        <w:spacing w:before="240" w:after="240" w:line="240" w:lineRule="auto"/>
        <w:ind w:left="993" w:hanging="993"/>
        <w:contextualSpacing/>
        <w:jc w:val="both"/>
        <w:rPr>
          <w:rStyle w:val="Forte"/>
          <w:rFonts w:asciiTheme="majorHAnsi" w:hAnsiTheme="majorHAnsi" w:cstheme="majorHAnsi"/>
          <w:lang w:val="pt-BR"/>
        </w:rPr>
      </w:pPr>
      <w:r w:rsidRPr="003E435E">
        <w:rPr>
          <w:rFonts w:asciiTheme="majorHAnsi" w:hAnsiTheme="majorHAnsi" w:cstheme="majorHAnsi"/>
          <w:lang w:val="pt-BR"/>
        </w:rPr>
        <w:t>Assunto:</w:t>
      </w:r>
      <w:r w:rsidR="003E435E" w:rsidRPr="003E435E">
        <w:rPr>
          <w:rFonts w:asciiTheme="majorHAnsi" w:hAnsiTheme="majorHAnsi" w:cstheme="majorHAnsi"/>
          <w:lang w:val="pt-BR"/>
        </w:rPr>
        <w:tab/>
      </w:r>
      <w:r w:rsidRPr="003E435E">
        <w:rPr>
          <w:rStyle w:val="Forte"/>
          <w:rFonts w:asciiTheme="majorHAnsi" w:hAnsiTheme="majorHAnsi" w:cstheme="majorHAnsi"/>
          <w:lang w:val="pt-BR"/>
        </w:rPr>
        <w:t>Carta de Interesse – Chamada Regional “Soluções Inovadoras para Estruturas Autoinstaláveis de Parques Eólicos Offshore”</w:t>
      </w:r>
    </w:p>
    <w:p w14:paraId="57561114" w14:textId="77777777" w:rsidR="003E435E" w:rsidRPr="003E435E" w:rsidRDefault="003E435E" w:rsidP="003E435E">
      <w:pPr>
        <w:spacing w:before="240" w:after="240" w:line="240" w:lineRule="auto"/>
        <w:contextualSpacing/>
        <w:rPr>
          <w:rFonts w:asciiTheme="majorHAnsi" w:hAnsiTheme="majorHAnsi" w:cstheme="majorHAnsi"/>
          <w:lang w:val="pt-BR"/>
        </w:rPr>
      </w:pPr>
    </w:p>
    <w:p w14:paraId="59C5F2AC" w14:textId="6F18F324" w:rsidR="00DA75CC" w:rsidRPr="003E435E" w:rsidRDefault="00DA75CC" w:rsidP="003E435E">
      <w:pPr>
        <w:pStyle w:val="Corpodetexto"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Prezados Senhores,</w:t>
      </w:r>
    </w:p>
    <w:p w14:paraId="2B349893" w14:textId="77777777" w:rsidR="003E435E" w:rsidRPr="003E435E" w:rsidRDefault="003E435E" w:rsidP="003E435E">
      <w:pPr>
        <w:pStyle w:val="Corpodetexto"/>
        <w:rPr>
          <w:rFonts w:asciiTheme="majorHAnsi" w:hAnsiTheme="majorHAnsi" w:cstheme="majorHAnsi"/>
        </w:rPr>
      </w:pPr>
    </w:p>
    <w:p w14:paraId="19FB848E" w14:textId="049E22E9" w:rsidR="00DA75CC" w:rsidRPr="003E435E" w:rsidRDefault="00DA75CC" w:rsidP="003E435E">
      <w:pPr>
        <w:pStyle w:val="Corpodetexto"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 xml:space="preserve">Eu, </w:t>
      </w:r>
      <w:r w:rsidRPr="003E435E">
        <w:rPr>
          <w:rStyle w:val="Forte"/>
          <w:rFonts w:asciiTheme="majorHAnsi" w:hAnsiTheme="majorHAnsi" w:cstheme="majorHAnsi"/>
        </w:rPr>
        <w:t>[NOME COMPLETO]</w:t>
      </w:r>
      <w:r w:rsidRPr="003E435E">
        <w:rPr>
          <w:rFonts w:asciiTheme="majorHAnsi" w:hAnsiTheme="majorHAnsi" w:cstheme="majorHAnsi"/>
        </w:rPr>
        <w:t xml:space="preserve">, representante legal da </w:t>
      </w:r>
      <w:r w:rsidRPr="003E435E">
        <w:rPr>
          <w:rStyle w:val="Forte"/>
          <w:rFonts w:asciiTheme="majorHAnsi" w:hAnsiTheme="majorHAnsi" w:cstheme="majorHAnsi"/>
        </w:rPr>
        <w:t>[NOME DA EMPRESA]</w:t>
      </w:r>
      <w:r w:rsidRPr="003E435E">
        <w:rPr>
          <w:rFonts w:asciiTheme="majorHAnsi" w:hAnsiTheme="majorHAnsi" w:cstheme="majorHAnsi"/>
        </w:rPr>
        <w:t>, inscrita no CNPJ nº [</w:t>
      </w:r>
      <w:r w:rsidR="003E435E" w:rsidRPr="003E435E">
        <w:rPr>
          <w:rFonts w:asciiTheme="majorHAnsi" w:hAnsiTheme="majorHAnsi" w:cstheme="majorHAnsi"/>
        </w:rPr>
        <w:t>nº do CNPJ</w:t>
      </w:r>
      <w:r w:rsidRPr="003E435E">
        <w:rPr>
          <w:rFonts w:asciiTheme="majorHAnsi" w:hAnsiTheme="majorHAnsi" w:cstheme="majorHAnsi"/>
        </w:rPr>
        <w:t xml:space="preserve">], venho manifestar o </w:t>
      </w:r>
      <w:r w:rsidRPr="003E435E">
        <w:rPr>
          <w:rStyle w:val="Forte"/>
          <w:rFonts w:asciiTheme="majorHAnsi" w:hAnsiTheme="majorHAnsi" w:cstheme="majorHAnsi"/>
        </w:rPr>
        <w:t>interesse institucional</w:t>
      </w:r>
      <w:r w:rsidRPr="003E435E">
        <w:rPr>
          <w:rFonts w:asciiTheme="majorHAnsi" w:hAnsiTheme="majorHAnsi" w:cstheme="majorHAnsi"/>
        </w:rPr>
        <w:t xml:space="preserve"> da empresa em participar da </w:t>
      </w:r>
      <w:r w:rsidRPr="003E435E">
        <w:rPr>
          <w:rStyle w:val="Forte"/>
          <w:rFonts w:asciiTheme="majorHAnsi" w:hAnsiTheme="majorHAnsi" w:cstheme="majorHAnsi"/>
        </w:rPr>
        <w:t>Chamada Regional “Soluções Inovadoras para Estruturas Autoinstaláveis de Parques Eólicos Offshore”</w:t>
      </w:r>
      <w:r w:rsidRPr="003E435E">
        <w:rPr>
          <w:rFonts w:asciiTheme="majorHAnsi" w:hAnsiTheme="majorHAnsi" w:cstheme="majorHAnsi"/>
        </w:rPr>
        <w:t>, promovida pelo Instituto SENAI de Inovação em Energias Renováveis (ISI-ER), no âmbito da Plataforma Inovação para a Indústria.</w:t>
      </w:r>
    </w:p>
    <w:p w14:paraId="61190DC8" w14:textId="77777777" w:rsidR="00DA75CC" w:rsidRPr="003E435E" w:rsidRDefault="00DA75CC" w:rsidP="003E435E">
      <w:pPr>
        <w:pStyle w:val="Corpodetexto"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 xml:space="preserve">A empresa declara estar </w:t>
      </w:r>
      <w:r w:rsidRPr="003E435E">
        <w:rPr>
          <w:rStyle w:val="Forte"/>
          <w:rFonts w:asciiTheme="majorHAnsi" w:hAnsiTheme="majorHAnsi" w:cstheme="majorHAnsi"/>
        </w:rPr>
        <w:t>alinhada aos objetivos da Chamada</w:t>
      </w:r>
      <w:r w:rsidRPr="003E435E">
        <w:rPr>
          <w:rFonts w:asciiTheme="majorHAnsi" w:hAnsiTheme="majorHAnsi" w:cstheme="majorHAnsi"/>
        </w:rPr>
        <w:t xml:space="preserve"> e </w:t>
      </w:r>
      <w:r w:rsidRPr="003E435E">
        <w:rPr>
          <w:rStyle w:val="Forte"/>
          <w:rFonts w:asciiTheme="majorHAnsi" w:hAnsiTheme="majorHAnsi" w:cstheme="majorHAnsi"/>
        </w:rPr>
        <w:t>disposta a aportar contrapartida financeira e/ou econômica</w:t>
      </w:r>
      <w:r w:rsidRPr="003E435E">
        <w:rPr>
          <w:rFonts w:asciiTheme="majorHAnsi" w:hAnsiTheme="majorHAnsi" w:cstheme="majorHAnsi"/>
        </w:rPr>
        <w:t>, conforme as regras estabelecidas no Regulamento Geral e nos requisitos específicos da Chamada.</w:t>
      </w:r>
    </w:p>
    <w:p w14:paraId="19329577" w14:textId="77777777" w:rsidR="00DA75CC" w:rsidRPr="003E435E" w:rsidRDefault="00DA75CC" w:rsidP="003E435E">
      <w:pPr>
        <w:pStyle w:val="Corpodetexto"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 xml:space="preserve">A </w:t>
      </w:r>
      <w:r w:rsidRPr="003E435E">
        <w:rPr>
          <w:rStyle w:val="Forte"/>
          <w:rFonts w:asciiTheme="majorHAnsi" w:hAnsiTheme="majorHAnsi" w:cstheme="majorHAnsi"/>
        </w:rPr>
        <w:t>[NOME DA EMPRESA]</w:t>
      </w:r>
      <w:r w:rsidRPr="003E435E">
        <w:rPr>
          <w:rFonts w:asciiTheme="majorHAnsi" w:hAnsiTheme="majorHAnsi" w:cstheme="majorHAnsi"/>
        </w:rPr>
        <w:t xml:space="preserve"> confirma, ainda, que atenderá às exigências formais, operacionais e de governança previstas pela Plataforma, bem como às disposições que serão estabelecidas no Acordo de Cooperação Técnico-Financeira (ACT) correspondente.</w:t>
      </w:r>
    </w:p>
    <w:p w14:paraId="449CA79C" w14:textId="77777777" w:rsidR="00DA75CC" w:rsidRPr="003E435E" w:rsidRDefault="00DA75CC" w:rsidP="003E435E">
      <w:pPr>
        <w:pStyle w:val="Corpodetexto"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Colocamo-nos à disposição para os procedimentos subsequentes previstos no processo de seleção.</w:t>
      </w:r>
    </w:p>
    <w:p w14:paraId="4CC23029" w14:textId="77777777" w:rsidR="003E435E" w:rsidRPr="003E435E" w:rsidRDefault="003E435E" w:rsidP="003E435E">
      <w:pPr>
        <w:pStyle w:val="Corpodetexto"/>
        <w:rPr>
          <w:rFonts w:asciiTheme="majorHAnsi" w:hAnsiTheme="majorHAnsi" w:cstheme="majorHAnsi"/>
        </w:rPr>
      </w:pPr>
    </w:p>
    <w:p w14:paraId="48D6DA0C" w14:textId="74D87E02" w:rsidR="00DA75CC" w:rsidRPr="003E435E" w:rsidRDefault="00DA75CC" w:rsidP="003E435E">
      <w:pPr>
        <w:pStyle w:val="Corpodetexto"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Atenciosamente,</w:t>
      </w:r>
    </w:p>
    <w:p w14:paraId="3066FBDA" w14:textId="77777777" w:rsidR="003E435E" w:rsidRPr="003E435E" w:rsidRDefault="003E435E" w:rsidP="003E435E">
      <w:pPr>
        <w:pStyle w:val="Corpodetexto"/>
        <w:rPr>
          <w:rFonts w:asciiTheme="majorHAnsi" w:hAnsiTheme="majorHAnsi" w:cstheme="majorHAnsi"/>
        </w:rPr>
      </w:pPr>
    </w:p>
    <w:p w14:paraId="2C07415C" w14:textId="77777777" w:rsidR="003E435E" w:rsidRPr="003E435E" w:rsidRDefault="003E435E" w:rsidP="003E435E">
      <w:pPr>
        <w:pStyle w:val="Corpodetexto"/>
        <w:contextualSpacing/>
        <w:rPr>
          <w:rFonts w:asciiTheme="majorHAnsi" w:hAnsiTheme="majorHAnsi" w:cstheme="majorHAnsi"/>
          <w:b/>
        </w:rPr>
      </w:pPr>
      <w:r w:rsidRPr="003E435E">
        <w:rPr>
          <w:rFonts w:asciiTheme="majorHAnsi" w:hAnsiTheme="majorHAnsi" w:cstheme="majorHAnsi"/>
          <w:b/>
        </w:rPr>
        <w:t>[NOME DO REPRESENTANTE LEGAL]</w:t>
      </w:r>
    </w:p>
    <w:p w14:paraId="2D6320F1" w14:textId="77777777" w:rsidR="003E435E" w:rsidRPr="003E435E" w:rsidRDefault="003E435E" w:rsidP="003E435E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[Cargo]</w:t>
      </w:r>
    </w:p>
    <w:p w14:paraId="4EF39212" w14:textId="77777777" w:rsidR="003E435E" w:rsidRPr="003E435E" w:rsidRDefault="003E435E" w:rsidP="003E435E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[Nome da Empresa]</w:t>
      </w:r>
    </w:p>
    <w:p w14:paraId="7137922E" w14:textId="2046A198" w:rsidR="003E435E" w:rsidRPr="003E435E" w:rsidRDefault="003E435E" w:rsidP="003E435E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CNPJ: [nº do CNPJ]</w:t>
      </w:r>
    </w:p>
    <w:p w14:paraId="7BEFE026" w14:textId="36F0ED40" w:rsidR="003E435E" w:rsidRPr="003E435E" w:rsidRDefault="003E435E" w:rsidP="003E435E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Telefone: [nº do telefone]</w:t>
      </w:r>
    </w:p>
    <w:p w14:paraId="7646081D" w14:textId="0D016924" w:rsidR="00DA75CC" w:rsidRPr="003E435E" w:rsidRDefault="003E435E" w:rsidP="003E435E">
      <w:pPr>
        <w:pStyle w:val="Corpodetexto"/>
        <w:contextualSpacing/>
        <w:rPr>
          <w:rFonts w:asciiTheme="majorHAnsi" w:hAnsiTheme="majorHAnsi" w:cstheme="majorHAnsi"/>
        </w:rPr>
      </w:pPr>
      <w:r w:rsidRPr="003E435E">
        <w:rPr>
          <w:rFonts w:asciiTheme="majorHAnsi" w:hAnsiTheme="majorHAnsi" w:cstheme="majorHAnsi"/>
        </w:rPr>
        <w:t>E-mail: [nº do e-mail]</w:t>
      </w:r>
      <w:bookmarkEnd w:id="0"/>
    </w:p>
    <w:sectPr w:rsidR="00DA75CC" w:rsidRPr="003E435E" w:rsidSect="002027DA">
      <w:headerReference w:type="default" r:id="rId11"/>
      <w:footerReference w:type="default" r:id="rId12"/>
      <w:pgSz w:w="11907" w:h="16840" w:code="9"/>
      <w:pgMar w:top="1985" w:right="1134" w:bottom="1985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E85B9E" w14:textId="77777777" w:rsidR="00DA75CC" w:rsidRDefault="00DA75CC" w:rsidP="00C37BB3">
      <w:pPr>
        <w:spacing w:after="0" w:line="240" w:lineRule="auto"/>
      </w:pPr>
      <w:r>
        <w:separator/>
      </w:r>
    </w:p>
  </w:endnote>
  <w:endnote w:type="continuationSeparator" w:id="0">
    <w:p w14:paraId="38720B00" w14:textId="77777777" w:rsidR="00DA75CC" w:rsidRDefault="00DA75CC" w:rsidP="00C37BB3">
      <w:pPr>
        <w:spacing w:after="0" w:line="240" w:lineRule="auto"/>
      </w:pPr>
      <w:r>
        <w:continuationSeparator/>
      </w:r>
    </w:p>
  </w:endnote>
  <w:endnote w:type="continuationNotice" w:id="1">
    <w:p w14:paraId="0C36AA21" w14:textId="77777777" w:rsidR="00DA75CC" w:rsidRDefault="00DA75C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419680" w14:textId="77777777" w:rsidR="00DA75CC" w:rsidRDefault="00DA75C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856324" w14:textId="77777777" w:rsidR="00DA75CC" w:rsidRDefault="00DA75CC" w:rsidP="00C37BB3">
      <w:pPr>
        <w:spacing w:after="0" w:line="240" w:lineRule="auto"/>
      </w:pPr>
      <w:r>
        <w:separator/>
      </w:r>
    </w:p>
  </w:footnote>
  <w:footnote w:type="continuationSeparator" w:id="0">
    <w:p w14:paraId="4AB628EF" w14:textId="77777777" w:rsidR="00DA75CC" w:rsidRDefault="00DA75CC" w:rsidP="00C37BB3">
      <w:pPr>
        <w:spacing w:after="0" w:line="240" w:lineRule="auto"/>
      </w:pPr>
      <w:r>
        <w:continuationSeparator/>
      </w:r>
    </w:p>
  </w:footnote>
  <w:footnote w:type="continuationNotice" w:id="1">
    <w:p w14:paraId="346C1519" w14:textId="77777777" w:rsidR="00DA75CC" w:rsidRDefault="00DA75C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10BEEA" w14:textId="070240B0" w:rsidR="00DA75CC" w:rsidRPr="00C37BB3" w:rsidRDefault="00DA75CC" w:rsidP="00C37BB3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C785A4E" wp14:editId="3D61954E">
              <wp:simplePos x="0" y="0"/>
              <wp:positionH relativeFrom="margin">
                <wp:posOffset>-830580</wp:posOffset>
              </wp:positionH>
              <wp:positionV relativeFrom="paragraph">
                <wp:posOffset>-451221</wp:posOffset>
              </wp:positionV>
              <wp:extent cx="7484839" cy="10656000"/>
              <wp:effectExtent l="0" t="0" r="1905" b="0"/>
              <wp:wrapNone/>
              <wp:docPr id="29" name="Agrupar 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84839" cy="10656000"/>
                        <a:chOff x="-36026" y="-54593"/>
                        <a:chExt cx="7484839" cy="10656000"/>
                      </a:xfrm>
                    </wpg:grpSpPr>
                    <pic:pic xmlns:pic="http://schemas.openxmlformats.org/drawingml/2006/picture">
                      <pic:nvPicPr>
                        <pic:cNvPr id="3" name="Imagem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36026" y="-54593"/>
                          <a:ext cx="7484839" cy="10656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8" name="Retângulo 8"/>
                      <wps:cNvSpPr/>
                      <wps:spPr>
                        <a:xfrm>
                          <a:off x="4186052" y="9737767"/>
                          <a:ext cx="2811812" cy="641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Imagem 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57" t="31025" r="16772" b="32134"/>
                        <a:stretch/>
                      </pic:blipFill>
                      <pic:spPr bwMode="auto">
                        <a:xfrm>
                          <a:off x="1638794" y="9820894"/>
                          <a:ext cx="1240790" cy="47053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67298" y="9809018"/>
                          <a:ext cx="3238500" cy="486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Imagem 28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45132" y="279070"/>
                          <a:ext cx="99060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8FE7782" id="Agrupar 29" o:spid="_x0000_s1026" style="position:absolute;margin-left:-65.4pt;margin-top:-35.55pt;width:589.35pt;height:839.05pt;z-index:251658240;mso-position-horizontal-relative:margin;mso-width-relative:margin;mso-height-relative:margin" coordorigin="-360,-545" coordsize="74848,106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CtkMO9AAAgAElEQVQ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xL4dCwAAAAAM8reexa7yC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-360;top:-545;width:74848;height:106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">
                <v:imagedata r:id="rId5" o:title=""/>
              </v:shape>
              <v:rect id="Retângulo 8" o:spid="_x0000_s1028" style="position:absolute;left:41860;top:97377;width:28118;height:6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" fillcolor="white [3212]" stroked="f" strokeweight="2pt"/>
              <v:shape id="Imagem 1" o:spid="_x0000_s1029" type="#_x0000_t75" style="position:absolute;left:16387;top:98208;width:12408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">
                <v:imagedata r:id="rId6" o:title="" croptop="20333f" cropbottom="21059f" cropleft="9212f" cropright="10992f"/>
              </v:shape>
              <v:shape id="Picture 11" o:spid="_x0000_s1030" type="#_x0000_t75" style="position:absolute;left:40672;top:98090;width:32385;height: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">
                <v:imagedata r:id="rId7" o:title=""/>
                <v:path arrowok="t"/>
              </v:shape>
              <v:shape id="Imagem 28" o:spid="_x0000_s1031" type="#_x0000_t75" style="position:absolute;left:48451;top:2790;width:9906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7FC66DCE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3A627A3"/>
    <w:multiLevelType w:val="hybridMultilevel"/>
    <w:tmpl w:val="FE603F4E"/>
    <w:lvl w:ilvl="0" w:tplc="5B7E63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C8205A4"/>
    <w:multiLevelType w:val="hybridMultilevel"/>
    <w:tmpl w:val="6A8A893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0F280B"/>
    <w:multiLevelType w:val="hybridMultilevel"/>
    <w:tmpl w:val="D966D2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F781C"/>
    <w:multiLevelType w:val="multilevel"/>
    <w:tmpl w:val="4C804D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 w15:restartNumberingAfterBreak="0">
    <w:nsid w:val="28E33C19"/>
    <w:multiLevelType w:val="multilevel"/>
    <w:tmpl w:val="B15EF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AD32D16"/>
    <w:multiLevelType w:val="multilevel"/>
    <w:tmpl w:val="E75C75D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38B524AC"/>
    <w:multiLevelType w:val="hybridMultilevel"/>
    <w:tmpl w:val="0C685A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7A697C"/>
    <w:multiLevelType w:val="multilevel"/>
    <w:tmpl w:val="4C80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FE6225D"/>
    <w:multiLevelType w:val="hybridMultilevel"/>
    <w:tmpl w:val="23ACE4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712A2B"/>
    <w:multiLevelType w:val="hybridMultilevel"/>
    <w:tmpl w:val="D5C0BF22"/>
    <w:lvl w:ilvl="0" w:tplc="C4FC8878">
      <w:numFmt w:val="bullet"/>
      <w:lvlText w:val="•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384BF3"/>
    <w:multiLevelType w:val="multilevel"/>
    <w:tmpl w:val="D7661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7C104B"/>
    <w:multiLevelType w:val="multilevel"/>
    <w:tmpl w:val="A358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46030D7"/>
    <w:multiLevelType w:val="multilevel"/>
    <w:tmpl w:val="E34E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A9742A"/>
    <w:multiLevelType w:val="hybridMultilevel"/>
    <w:tmpl w:val="A50AF40E"/>
    <w:lvl w:ilvl="0" w:tplc="5B7E63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51E40"/>
    <w:multiLevelType w:val="hybridMultilevel"/>
    <w:tmpl w:val="885CC88A"/>
    <w:lvl w:ilvl="0" w:tplc="5B7E631C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EC6A37"/>
    <w:multiLevelType w:val="hybridMultilevel"/>
    <w:tmpl w:val="0E38CC3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942F4A"/>
    <w:multiLevelType w:val="multilevel"/>
    <w:tmpl w:val="4C80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B1C164F"/>
    <w:multiLevelType w:val="hybridMultilevel"/>
    <w:tmpl w:val="09DCAB6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9478DE"/>
    <w:multiLevelType w:val="multilevel"/>
    <w:tmpl w:val="4C80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946A5B"/>
    <w:multiLevelType w:val="hybridMultilevel"/>
    <w:tmpl w:val="DC88DDE2"/>
    <w:lvl w:ilvl="0" w:tplc="D870CCCA">
      <w:numFmt w:val="bullet"/>
      <w:lvlText w:val="•"/>
      <w:lvlJc w:val="left"/>
      <w:pPr>
        <w:ind w:left="153" w:hanging="360"/>
      </w:pPr>
      <w:rPr>
        <w:rFonts w:ascii="Calibri Light" w:eastAsia="Calibri" w:hAnsi="Calibri Light" w:cs="Calibri Light" w:hint="default"/>
      </w:rPr>
    </w:lvl>
    <w:lvl w:ilvl="1" w:tplc="0416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9" w15:restartNumberingAfterBreak="0">
    <w:nsid w:val="5CDF1B28"/>
    <w:multiLevelType w:val="hybridMultilevel"/>
    <w:tmpl w:val="1340E6A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2076252"/>
    <w:multiLevelType w:val="hybridMultilevel"/>
    <w:tmpl w:val="50A09ED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7516E5"/>
    <w:multiLevelType w:val="hybridMultilevel"/>
    <w:tmpl w:val="017646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43581F"/>
    <w:multiLevelType w:val="multilevel"/>
    <w:tmpl w:val="C50289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06A53CC"/>
    <w:multiLevelType w:val="multilevel"/>
    <w:tmpl w:val="F96C46A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56865D3"/>
    <w:multiLevelType w:val="multilevel"/>
    <w:tmpl w:val="1BA60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170128"/>
    <w:multiLevelType w:val="hybridMultilevel"/>
    <w:tmpl w:val="32181C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7"/>
  </w:num>
  <w:num w:numId="11">
    <w:abstractNumId w:val="29"/>
  </w:num>
  <w:num w:numId="12">
    <w:abstractNumId w:val="35"/>
  </w:num>
  <w:num w:numId="13">
    <w:abstractNumId w:val="14"/>
  </w:num>
  <w:num w:numId="14">
    <w:abstractNumId w:val="28"/>
  </w:num>
  <w:num w:numId="15">
    <w:abstractNumId w:val="11"/>
  </w:num>
  <w:num w:numId="16">
    <w:abstractNumId w:val="18"/>
  </w:num>
  <w:num w:numId="17">
    <w:abstractNumId w:val="33"/>
  </w:num>
  <w:num w:numId="18">
    <w:abstractNumId w:val="13"/>
  </w:num>
  <w:num w:numId="19">
    <w:abstractNumId w:val="30"/>
  </w:num>
  <w:num w:numId="20">
    <w:abstractNumId w:val="31"/>
  </w:num>
  <w:num w:numId="21">
    <w:abstractNumId w:val="23"/>
  </w:num>
  <w:num w:numId="22">
    <w:abstractNumId w:val="22"/>
  </w:num>
  <w:num w:numId="23">
    <w:abstractNumId w:val="9"/>
  </w:num>
  <w:num w:numId="24">
    <w:abstractNumId w:val="19"/>
  </w:num>
  <w:num w:numId="25">
    <w:abstractNumId w:val="26"/>
  </w:num>
  <w:num w:numId="26">
    <w:abstractNumId w:val="20"/>
  </w:num>
  <w:num w:numId="27">
    <w:abstractNumId w:val="24"/>
  </w:num>
  <w:num w:numId="28">
    <w:abstractNumId w:val="10"/>
  </w:num>
  <w:num w:numId="29">
    <w:abstractNumId w:val="27"/>
  </w:num>
  <w:num w:numId="30">
    <w:abstractNumId w:val="34"/>
  </w:num>
  <w:num w:numId="31">
    <w:abstractNumId w:val="21"/>
  </w:num>
  <w:num w:numId="32">
    <w:abstractNumId w:val="16"/>
  </w:num>
  <w:num w:numId="33">
    <w:abstractNumId w:val="25"/>
  </w:num>
  <w:num w:numId="34">
    <w:abstractNumId w:val="32"/>
  </w:num>
  <w:num w:numId="35">
    <w:abstractNumId w:val="12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1ECD"/>
    <w:rsid w:val="0002046B"/>
    <w:rsid w:val="00024D28"/>
    <w:rsid w:val="00034616"/>
    <w:rsid w:val="0003465D"/>
    <w:rsid w:val="0006063C"/>
    <w:rsid w:val="00071A5D"/>
    <w:rsid w:val="000A0AB0"/>
    <w:rsid w:val="000F194C"/>
    <w:rsid w:val="00127229"/>
    <w:rsid w:val="0013756B"/>
    <w:rsid w:val="0015074B"/>
    <w:rsid w:val="00171117"/>
    <w:rsid w:val="001D628F"/>
    <w:rsid w:val="002027DA"/>
    <w:rsid w:val="00220CB4"/>
    <w:rsid w:val="002464D0"/>
    <w:rsid w:val="00260928"/>
    <w:rsid w:val="00265813"/>
    <w:rsid w:val="0029639D"/>
    <w:rsid w:val="002B2E01"/>
    <w:rsid w:val="002C56AD"/>
    <w:rsid w:val="003067FB"/>
    <w:rsid w:val="003117FB"/>
    <w:rsid w:val="00326F90"/>
    <w:rsid w:val="00354FAD"/>
    <w:rsid w:val="0036159F"/>
    <w:rsid w:val="00382A4F"/>
    <w:rsid w:val="003955DB"/>
    <w:rsid w:val="0039706C"/>
    <w:rsid w:val="003B0992"/>
    <w:rsid w:val="003C6E6B"/>
    <w:rsid w:val="003E435E"/>
    <w:rsid w:val="003E7D92"/>
    <w:rsid w:val="00405A5E"/>
    <w:rsid w:val="004162FE"/>
    <w:rsid w:val="0047062B"/>
    <w:rsid w:val="00474F90"/>
    <w:rsid w:val="004D0FE8"/>
    <w:rsid w:val="004D282A"/>
    <w:rsid w:val="004F141E"/>
    <w:rsid w:val="004F25F3"/>
    <w:rsid w:val="004F4610"/>
    <w:rsid w:val="004F487E"/>
    <w:rsid w:val="0051159E"/>
    <w:rsid w:val="00540655"/>
    <w:rsid w:val="00580864"/>
    <w:rsid w:val="005A2E6A"/>
    <w:rsid w:val="005D44E0"/>
    <w:rsid w:val="005F193D"/>
    <w:rsid w:val="00646FB0"/>
    <w:rsid w:val="00654D67"/>
    <w:rsid w:val="006602C8"/>
    <w:rsid w:val="0066287D"/>
    <w:rsid w:val="0067633D"/>
    <w:rsid w:val="00692748"/>
    <w:rsid w:val="00695FAB"/>
    <w:rsid w:val="006F35C4"/>
    <w:rsid w:val="006F4E9E"/>
    <w:rsid w:val="00705733"/>
    <w:rsid w:val="007571ED"/>
    <w:rsid w:val="007B2DE6"/>
    <w:rsid w:val="007B3175"/>
    <w:rsid w:val="007D4FFF"/>
    <w:rsid w:val="007D5540"/>
    <w:rsid w:val="007E4A4B"/>
    <w:rsid w:val="007F1370"/>
    <w:rsid w:val="007F3BF8"/>
    <w:rsid w:val="007F4C64"/>
    <w:rsid w:val="00802421"/>
    <w:rsid w:val="00807A15"/>
    <w:rsid w:val="0081437B"/>
    <w:rsid w:val="00820FEC"/>
    <w:rsid w:val="0086676A"/>
    <w:rsid w:val="00871F05"/>
    <w:rsid w:val="008832C5"/>
    <w:rsid w:val="008C08B7"/>
    <w:rsid w:val="008F363F"/>
    <w:rsid w:val="008F4F3F"/>
    <w:rsid w:val="009078BE"/>
    <w:rsid w:val="009534C6"/>
    <w:rsid w:val="0095654D"/>
    <w:rsid w:val="00980C55"/>
    <w:rsid w:val="00980F91"/>
    <w:rsid w:val="009A5336"/>
    <w:rsid w:val="009D13D4"/>
    <w:rsid w:val="009D4A77"/>
    <w:rsid w:val="009E1C86"/>
    <w:rsid w:val="009E25E0"/>
    <w:rsid w:val="009F3EC0"/>
    <w:rsid w:val="00A17C75"/>
    <w:rsid w:val="00A478BA"/>
    <w:rsid w:val="00AA1D8D"/>
    <w:rsid w:val="00AB6317"/>
    <w:rsid w:val="00AD6113"/>
    <w:rsid w:val="00AF2496"/>
    <w:rsid w:val="00B000CD"/>
    <w:rsid w:val="00B10943"/>
    <w:rsid w:val="00B274EB"/>
    <w:rsid w:val="00B47730"/>
    <w:rsid w:val="00B5761F"/>
    <w:rsid w:val="00B60169"/>
    <w:rsid w:val="00B62D3E"/>
    <w:rsid w:val="00B878CA"/>
    <w:rsid w:val="00BC5301"/>
    <w:rsid w:val="00BE7B1C"/>
    <w:rsid w:val="00BF3A30"/>
    <w:rsid w:val="00C203B0"/>
    <w:rsid w:val="00C23A5C"/>
    <w:rsid w:val="00C273AB"/>
    <w:rsid w:val="00C27892"/>
    <w:rsid w:val="00C37BB3"/>
    <w:rsid w:val="00C7095A"/>
    <w:rsid w:val="00C763FC"/>
    <w:rsid w:val="00C96911"/>
    <w:rsid w:val="00CB0664"/>
    <w:rsid w:val="00CE0E85"/>
    <w:rsid w:val="00D1610E"/>
    <w:rsid w:val="00D174C1"/>
    <w:rsid w:val="00D318E0"/>
    <w:rsid w:val="00D50012"/>
    <w:rsid w:val="00D76A1A"/>
    <w:rsid w:val="00D76B5B"/>
    <w:rsid w:val="00D76E85"/>
    <w:rsid w:val="00D955BB"/>
    <w:rsid w:val="00DA75CC"/>
    <w:rsid w:val="00DB2A66"/>
    <w:rsid w:val="00DB44FB"/>
    <w:rsid w:val="00DE523D"/>
    <w:rsid w:val="00DE721F"/>
    <w:rsid w:val="00DE79B7"/>
    <w:rsid w:val="00E05137"/>
    <w:rsid w:val="00E418DA"/>
    <w:rsid w:val="00E435AF"/>
    <w:rsid w:val="00E43ABE"/>
    <w:rsid w:val="00E47776"/>
    <w:rsid w:val="00E677CC"/>
    <w:rsid w:val="00EC5B6E"/>
    <w:rsid w:val="00ED39F5"/>
    <w:rsid w:val="00ED4B63"/>
    <w:rsid w:val="00ED6108"/>
    <w:rsid w:val="00EE133D"/>
    <w:rsid w:val="00EF6E0E"/>
    <w:rsid w:val="00F10709"/>
    <w:rsid w:val="00F1136E"/>
    <w:rsid w:val="00F456A6"/>
    <w:rsid w:val="00F65096"/>
    <w:rsid w:val="00F842CB"/>
    <w:rsid w:val="00F879FC"/>
    <w:rsid w:val="00FA217E"/>
    <w:rsid w:val="00FA2A41"/>
    <w:rsid w:val="00FC35B2"/>
    <w:rsid w:val="00FC693F"/>
    <w:rsid w:val="00FF261E"/>
    <w:rsid w:val="00FF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7AAE1B"/>
  <w14:defaultImageDpi w14:val="300"/>
  <w15:docId w15:val="{3BE09326-CEF0-44B8-8545-CE082D205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A15"/>
    <w:rPr>
      <w:rFonts w:ascii="Calibri" w:hAnsi="Calibri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1D628F"/>
    <w:pPr>
      <w:keepNext/>
      <w:keepLines/>
      <w:numPr>
        <w:numId w:val="17"/>
      </w:numPr>
      <w:spacing w:before="36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numPr>
        <w:ilvl w:val="1"/>
        <w:numId w:val="17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numPr>
        <w:ilvl w:val="2"/>
        <w:numId w:val="17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numPr>
        <w:ilvl w:val="3"/>
        <w:numId w:val="17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numPr>
        <w:ilvl w:val="4"/>
        <w:numId w:val="17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numPr>
        <w:ilvl w:val="5"/>
        <w:numId w:val="17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numPr>
        <w:ilvl w:val="6"/>
        <w:numId w:val="17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numPr>
        <w:ilvl w:val="7"/>
        <w:numId w:val="17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numPr>
        <w:ilvl w:val="8"/>
        <w:numId w:val="17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1D62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qFormat/>
    <w:rsid w:val="003E435E"/>
    <w:pPr>
      <w:spacing w:before="120" w:after="120"/>
      <w:jc w:val="both"/>
    </w:pPr>
    <w:rPr>
      <w:lang w:val="pt-BR"/>
    </w:rPr>
  </w:style>
  <w:style w:type="character" w:customStyle="1" w:styleId="CorpodetextoChar">
    <w:name w:val="Corpo de texto Char"/>
    <w:basedOn w:val="Fontepargpadro"/>
    <w:link w:val="Corpodetexto"/>
    <w:rsid w:val="003E435E"/>
    <w:rPr>
      <w:rFonts w:ascii="Calibri" w:hAnsi="Calibri"/>
      <w:lang w:val="pt-BR"/>
    </w:rPr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qFormat/>
    <w:rsid w:val="00807A15"/>
    <w:pPr>
      <w:numPr>
        <w:numId w:val="1"/>
      </w:numPr>
      <w:spacing w:before="240" w:after="240" w:line="240" w:lineRule="auto"/>
      <w:ind w:left="357" w:hanging="357"/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Textodecomentrio">
    <w:name w:val="annotation text"/>
    <w:basedOn w:val="Normal"/>
    <w:link w:val="TextodecomentrioChar"/>
    <w:uiPriority w:val="99"/>
    <w:unhideWhenUsed/>
    <w:rsid w:val="00ED4B63"/>
    <w:pPr>
      <w:spacing w:after="0" w:line="240" w:lineRule="auto"/>
    </w:pPr>
    <w:rPr>
      <w:rFonts w:eastAsiaTheme="minorHAnsi"/>
      <w:sz w:val="20"/>
      <w:szCs w:val="20"/>
      <w:lang w:val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D4B63"/>
    <w:rPr>
      <w:rFonts w:ascii="Calibri" w:eastAsiaTheme="minorHAnsi" w:hAnsi="Calibri"/>
      <w:sz w:val="20"/>
      <w:szCs w:val="20"/>
      <w:lang w:val="pt-BR"/>
    </w:rPr>
  </w:style>
  <w:style w:type="paragraph" w:styleId="NormalWeb">
    <w:name w:val="Normal (Web)"/>
    <w:basedOn w:val="Normal"/>
    <w:uiPriority w:val="99"/>
    <w:semiHidden/>
    <w:unhideWhenUsed/>
    <w:rsid w:val="005A2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table" w:styleId="TabeladeGrade1Clara-nfase1">
    <w:name w:val="Grid Table 1 Light Accent 1"/>
    <w:basedOn w:val="Tabelanormal"/>
    <w:uiPriority w:val="46"/>
    <w:rsid w:val="00D955BB"/>
    <w:pPr>
      <w:spacing w:after="0"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Hyperlink">
    <w:name w:val="Hyperlink"/>
    <w:basedOn w:val="Fontepargpadro"/>
    <w:uiPriority w:val="99"/>
    <w:unhideWhenUsed/>
    <w:rsid w:val="002C56AD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C56AD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4D0FE8"/>
    <w:pPr>
      <w:spacing w:after="0" w:line="240" w:lineRule="auto"/>
    </w:pPr>
    <w:rPr>
      <w:rFonts w:ascii="Calibri" w:hAnsi="Calibri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0F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0FE8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3117FB"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117FB"/>
    <w:pPr>
      <w:spacing w:after="200"/>
    </w:pPr>
    <w:rPr>
      <w:rFonts w:eastAsiaTheme="minorEastAsia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117FB"/>
    <w:rPr>
      <w:rFonts w:ascii="Calibri" w:eastAsiaTheme="minorHAnsi" w:hAnsi="Calibri"/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7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3.png"/><Relationship Id="rId7" Type="http://schemas.openxmlformats.org/officeDocument/2006/relationships/image" Target="media/image9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1AEA21F74FBB34D8AE6BEAB48E8D9AA" ma:contentTypeVersion="3" ma:contentTypeDescription="Crie um novo documento." ma:contentTypeScope="" ma:versionID="265cc926c4427e76d9c3dbd65ecc3043">
  <xsd:schema xmlns:xsd="http://www.w3.org/2001/XMLSchema" xmlns:xs="http://www.w3.org/2001/XMLSchema" xmlns:p="http://schemas.microsoft.com/office/2006/metadata/properties" xmlns:ns2="7682d334-6fa3-4031-999a-1d9d2ca605c1" targetNamespace="http://schemas.microsoft.com/office/2006/metadata/properties" ma:root="true" ma:fieldsID="c08eeece4be86725293a70b3556b7d3a" ns2:_="">
    <xsd:import namespace="7682d334-6fa3-4031-999a-1d9d2ca605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2d334-6fa3-4031-999a-1d9d2ca605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D726967-FBC0-4EA8-8CF0-4EFD81807B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80C3FB-D38E-4923-A880-03DA63468E9C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7682d334-6fa3-4031-999a-1d9d2ca605c1"/>
    <ds:schemaRef ds:uri="http://schemas.microsoft.com/office/2006/metadata/properties"/>
    <ds:schemaRef ds:uri="http://purl.org/dc/terms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EEEE0012-BF6C-4973-B0BC-408C86CB7C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682d334-6fa3-4031-999a-1d9d2ca605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3613C5E-2A8A-47BC-B0CF-239D90F6E5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228</Words>
  <Characters>1236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1462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Benilton Medeiros Nunes</cp:lastModifiedBy>
  <cp:revision>5</cp:revision>
  <cp:lastPrinted>2025-11-28T14:34:00Z</cp:lastPrinted>
  <dcterms:created xsi:type="dcterms:W3CDTF">2025-11-28T11:45:00Z</dcterms:created>
  <dcterms:modified xsi:type="dcterms:W3CDTF">2025-11-28T14:34:00Z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0x01010051AEA21F74FBB34D8AE6BEAB48E8D9AA</vt:lpwstr>
  </property>
  <property fmtid="{D5CDD505-2E9C-101B-9397-08002B2CF9AE}" pid="3" name="MediaServiceImageTags">
    <vt:lpwstr/>
  </property>
  <property fmtid="{D5CDD505-2E9C-101B-9397-08002B2CF9AE}" pid="4" name="Order">
    <vt:r8>4469300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</Properties>
</file>